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0441-全彩3D打印冰山模型生产记录</w:t>
      </w:r>
    </w:p>
    <w:p>
      <w:pPr>
        <w:jc w:val="center"/>
      </w:pPr>
      <w:r>
        <w:rPr>
          <w:i/>
          <w:sz w:val="28"/>
        </w:rPr>
        <w:t>Full-color 3D printed iceberg model</w:t>
      </w:r>
    </w:p>
    <w:p>
      <w:pPr>
        <w:jc w:val="center"/>
      </w:pPr>
      <w:r>
        <w:rPr>
          <w:b/>
          <w:sz w:val="22"/>
        </w:rPr>
        <w:t>🖨️ 全彩3DP</w:t>
      </w:r>
    </w:p>
    <w:p>
      <w:pPr>
        <w:jc w:val="center"/>
      </w:pPr>
      <w:r>
        <w:rPr>
          <w:i/>
          <w:sz w:val="20"/>
        </w:rPr>
        <w:t>🖥️ 打印机: Rize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生活再难，也别停下脚步。就像接下这个全彩3D打印冰山模型的单子，有人想让它在视觉上震撼所有人。</w:t>
      </w:r>
    </w:p>
    <w:p>
      <w:pPr>
        <w:jc w:val="center"/>
      </w:pPr>
      <w:r>
        <w:rPr>
          <w:i/>
          <w:color w:val="888888"/>
          <w:sz w:val="20"/>
        </w:rPr>
        <w:t>No matter how difficult life gets, don't stop moving forward. Just like taking on the order for this full-color 3D printed iceberg model, someone wants it to visually impress everyone.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41-quancai3ddayinbingshanmox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can be tough, but we must keep moving forward. Just like taking on the project of a full-color 3D printed iceberg model, someone wanted to create a striking visual impact.</w:t>
      </w:r>
    </w:p>
    <w:p>
      <w:pPr>
        <w:ind w:firstLine="288"/>
        <w:jc w:val="both"/>
      </w:pPr>
      <w:r>
        <w:t>To ensure optimal printing results, we selected uncured liquid photopolymer resin as our material. This resin offers excellent flow characteristics and a smooth surface, making it ideal for high-precision printing. Our Rize printer was carefully calibrated, with layer thickness set to 0.1mm, printing temperature maintained at 25°C, power set to 60 watts, printing speed at 20mm/s, and an estimated print time of 15 hours.</w:t>
      </w:r>
    </w:p>
    <w:p>
      <w:pPr>
        <w:ind w:firstLine="288"/>
        <w:jc w:val="both"/>
      </w:pPr>
      <w:r>
        <w:t>During the printing process, the Rize printer operated smoothly while automatically monitoring material usage. We kept a close eye on the print quality, ensuring that each layer properly adhered to create a realistic iceberg appearance. The cool blue ambient lighting set an industrial tone, enhancing the model's liveliness in the interplay of light and shadow.</w:t>
      </w:r>
    </w:p>
    <w:p>
      <w:pPr>
        <w:ind w:firstLine="288"/>
        <w:jc w:val="both"/>
      </w:pPr>
      <w:r>
        <w:t>Once printing was complete, we moved on to the post-processing stage. The model was first cleaned with a solvent to remove any uncured resin. Then, we carefully sanded the surface with fine sandpaper to enhance both texture and visual appeal. Finally, the model was placed in a UV curing chamber to solidify, ensuring it would retain its form over time. After rigorous inspection, we confirmed that every detail met our standards.</w:t>
      </w:r>
    </w:p>
    <w:p>
      <w:pPr>
        <w:ind w:firstLine="288"/>
        <w:jc w:val="both"/>
      </w:pPr>
      <w:r>
        <w:t>Overall, the production process for this full-color 3D printed iceberg model went smoothly, and we were very pleased with the final result.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41-quancai3ddayinbingshanmox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在Instagram上，有人希望我们制作一款全彩3D打印冰山模型，想要在产品展示中营造出一种极致的视觉效果。这个模型不仅要色彩丰富，还要有足够的细节，以吸引观众的眼球。</w:t>
      </w:r>
    </w:p>
    <w:p>
      <w:pPr>
        <w:ind w:firstLine="288"/>
        <w:jc w:val="both"/>
      </w:pPr>
      <w:r>
        <w:t>为了确保打印效果，我们选择了未成型的液态光敏树脂作为原材料。这种材料具有优良的流动性和平滑的表面，适合用于高精度打印。使用的Rize打印机经过仔细调试，设置层厚为0.1毫米，打印温度保持在25摄氏度，功率设置为60瓦，打印速度为20毫米/秒，预计打印时间为15小时。</w:t>
      </w:r>
    </w:p>
    <w:p>
      <w:pPr>
        <w:ind w:firstLine="288"/>
        <w:jc w:val="both"/>
      </w:pPr>
      <w:r>
        <w:t>在打印过程中，Rize打印机平稳运行，自动监测材料耗用情况。为了控制质量，我们随时观察打印效果，确保每一层都能完美叠加，形成逼真的冰山效果。冷色调的蓝色氛围灯营造出了一种冷峻的工业气息，让模型在光影的交错中更加生动。</w:t>
      </w:r>
    </w:p>
    <w:p>
      <w:pPr>
        <w:ind w:firstLine="288"/>
        <w:jc w:val="both"/>
      </w:pPr>
      <w:r>
        <w:t>完成打印后，我们进入了后处理阶段。首先用清洗剂对模型进行清洗，确保去除未固化的树脂。接着用细砂纸轻轻打磨表面，以提升触感和视觉效果。最后，将模型放在紫外线固化箱中进行固化，确保它能在长时间使用中保持稳定的形态。经过严格的检验，确保每个细节都达到我们的标准。</w:t>
      </w:r>
    </w:p>
    <w:p>
      <w:pPr>
        <w:ind w:firstLine="288"/>
        <w:jc w:val="both"/>
      </w:pPr>
      <w:r>
        <w:t>总的来说，这个全彩3D打印冰山模型的制作过程顺利完成，最后呈现的效果也让我们感到非常满意。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41-quancai3ddayinbingshanmox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Full-color 3D printed iceberg model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41-quancai3ddayinbingshanmox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