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0518-加湿器水箱盖的3D打印制作记录</w:t>
      </w:r>
    </w:p>
    <w:p>
      <w:pPr>
        <w:jc w:val="center"/>
      </w:pPr>
      <w:r>
        <w:rPr>
          <w:i/>
          <w:sz w:val="28"/>
        </w:rPr>
        <w:t>Humidifier water tank cover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SLA</w:t>
      </w:r>
    </w:p>
    <w:p>
      <w:pPr>
        <w:jc w:val="center"/>
      </w:pPr>
      <w:r>
        <w:rPr>
          <w:i/>
          <w:color w:val="505050"/>
          <w:sz w:val="24"/>
        </w:rPr>
        <w:t>在Instagram上，有人为了提升家居环境而寻找我们，专注于这个加湿器水箱盖的制作，分享生活中的小确幸。</w:t>
      </w:r>
    </w:p>
    <w:p>
      <w:pPr>
        <w:jc w:val="center"/>
      </w:pPr>
      <w:r>
        <w:rPr>
          <w:i/>
          <w:color w:val="888888"/>
          <w:sz w:val="20"/>
        </w:rPr>
        <w:t>On Instagram, some people seek us out to enhance their home environment, focusing on the creation of this humidifier tank cover and sharing the little joys of life.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18-jiashiqishuixiangga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Recently, a person reached out to us through Instagram, looking to enhance their home environment with a new humidifier water tank cover. The old one was damaged, and they wished to create a beautifully designed yet functional replacement.</w:t>
      </w:r>
    </w:p>
    <w:p>
      <w:pPr>
        <w:ind w:firstLine="288"/>
        <w:jc w:val="both"/>
      </w:pPr>
      <w:r>
        <w:t>We prepared high-quality liquid photopolymer resin, known for its excellent tensile strength and durability to ensure the final product would last. Using a Mimaki 3D printer, we set the layer thickness to 0.05mm, maintained a printing temperature of 20°C, operated at a power of 60W, and set a printing speed of 30mm/s, estimating the print time to be 6 hours. This setup allowed us to capture intricate details and a smooth finish.</w:t>
      </w:r>
    </w:p>
    <w:p>
      <w:pPr>
        <w:ind w:firstLine="288"/>
        <w:jc w:val="both"/>
      </w:pPr>
      <w:r>
        <w:t>During the printing process, the Mimaki printer operated smoothly, and the curing process was stable. We continuously monitored the print quality, and each layer cured perfectly, with a smooth surface and the "aiskywing.com" engraving clearly visible. The entire printing process felt like an artistic creation, with every layer quietly coming to life.</w:t>
      </w:r>
    </w:p>
    <w:p>
      <w:pPr>
        <w:ind w:firstLine="288"/>
        <w:jc w:val="both"/>
      </w:pPr>
      <w:r>
        <w:t>Once the printing was completed, we moved on to the post-processing steps. First, we soaked the finished product in a cleaning solution to remove any residual resin. Next, we sanded it with fine sandpaper to ensure the edges were smooth and free of burrs. Finally, we placed the product in a curing machine to enhance its strength and durability, and after inspection, the product met our expectations flawlessly.</w:t>
      </w:r>
    </w:p>
    <w:p>
      <w:pPr>
        <w:ind w:firstLine="288"/>
        <w:jc w:val="both"/>
      </w:pPr>
      <w:r>
        <w:t>After a series of meticulous manufacturing processes, the humidifier water tank cover was finally completed. It not only showcases the charm of personalized customization but also represents a perfect combination of quality and functionality.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18-jiashiqishuixiangga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这次的项目是为了一位追求品质生活的人制作加湿器水箱盖。由于旧水箱盖损坏，他希望能定制一个既美观又实用的新盖子。经过沟通，他决定采用SLA光固化工艺来实现他的想法。</w:t>
      </w:r>
    </w:p>
    <w:p>
      <w:pPr>
        <w:ind w:firstLine="288"/>
        <w:jc w:val="both"/>
      </w:pPr>
      <w:r>
        <w:t>我们准备了高质量的液态光敏树脂，具备优异的抗拉伸和耐磨性，确保成品的耐用性。选择了Mimaki品牌的3D打印机，设置层厚为0.05mm，打印温度保持在20°C，功率为60W，打印速度为30mm/s，预计打印时间为6小时。这样的设置能够确保打印出细致的表面和清晰的雕刻细节。</w:t>
      </w:r>
    </w:p>
    <w:p>
      <w:pPr>
        <w:ind w:firstLine="288"/>
        <w:jc w:val="both"/>
      </w:pPr>
      <w:r>
        <w:t>打印过程中，Mimaki打印机运转顺畅，光固化的过程稳定，我们持续监控打印质量。每一层的固化情况都十分理想，表面光滑，雕刻的"aiskywing.com"字样清晰可见。整个打印过程如同艺术创作，每一层都在悄然成型。</w:t>
      </w:r>
    </w:p>
    <w:p>
      <w:pPr>
        <w:ind w:firstLine="288"/>
        <w:jc w:val="both"/>
      </w:pPr>
      <w:r>
        <w:t>完成打印后，我们进入后处理工序。首先，将成品浸泡在清洗剂中，去除残留的树脂。随后用细砂纸进行打磨，确保边缘光滑无毛刺。最后，将成品放入固化机中进行固化，增强其强度与耐久性，经检验，成品符合预期，完美无缺。</w:t>
      </w:r>
    </w:p>
    <w:p>
      <w:pPr>
        <w:ind w:firstLine="288"/>
        <w:jc w:val="both"/>
      </w:pPr>
      <w:r>
        <w:t>经过一系列精细的制作流程，这个加湿器水箱盖终于完成。它不仅体现了个性化定制的魅力，更是品质与功能的完美结合。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18-jiashiqishuixiangga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Humidifier water tank cover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18-jiashiqishuixiangga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