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0541-O型密封圈的3D打印生产记录</w:t>
      </w:r>
    </w:p>
    <w:p>
      <w:pPr>
        <w:jc w:val="center"/>
      </w:pPr>
      <w:r>
        <w:rPr>
          <w:i/>
          <w:sz w:val="28"/>
        </w:rPr>
        <w:t>O-ring</w:t>
      </w:r>
    </w:p>
    <w:p>
      <w:pPr>
        <w:jc w:val="center"/>
      </w:pPr>
      <w:r>
        <w:rPr>
          <w:b/>
          <w:sz w:val="22"/>
        </w:rPr>
        <w:t>🖨️ 硅胶复模</w:t>
      </w:r>
    </w:p>
    <w:p>
      <w:pPr>
        <w:jc w:val="center"/>
      </w:pPr>
      <w:r>
        <w:rPr>
          <w:i/>
          <w:sz w:val="20"/>
        </w:rPr>
        <w:t>🖥️ 打印机: Carbon</w:t>
      </w:r>
    </w:p>
    <w:p>
      <w:pPr>
        <w:jc w:val="center"/>
      </w:pPr>
      <w:r>
        <w:rPr>
          <w:i/>
          <w:sz w:val="20"/>
        </w:rPr>
        <w:t>📦 材料: 硅胶复模</w:t>
      </w:r>
    </w:p>
    <w:p>
      <w:pPr>
        <w:jc w:val="center"/>
      </w:pPr>
      <w:r>
        <w:rPr>
          <w:i/>
          <w:color w:val="505050"/>
          <w:sz w:val="24"/>
        </w:rPr>
        <w:t>生活就像3D打印的每一步，耐心与坚持是成功的关键。有人因为需要高性能的O型密封圈找到我们。</w:t>
      </w:r>
    </w:p>
    <w:p>
      <w:pPr>
        <w:jc w:val="center"/>
      </w:pPr>
      <w:r>
        <w:rPr>
          <w:i/>
          <w:color w:val="888888"/>
          <w:sz w:val="20"/>
        </w:rPr>
        <w:t>Life is like every step of 3D printing; patience and persistence are the keys to success. Some people come to us because they need high-performance O-rings.</w:t>
      </w:r>
    </w:p>
    <w:p>
      <w:pPr>
        <w:jc w:val="center"/>
      </w:pPr>
      <w:r>
        <w:rPr>
          <w:color w:val="C8C8C8"/>
          <w:sz w:val="16"/>
        </w:rPr>
        <w:t>________________________________________________________________________________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541-oxingmifengquan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Recently, someone reached out to us through LinkedIn seeking a solution for a specific sealing issue in their industrial application. They required a high-quality O-ring, a product widely used in the industry that demands materials that are both soft and durable.</w:t>
      </w:r>
    </w:p>
    <w:p>
      <w:pPr>
        <w:ind w:firstLine="288"/>
        <w:jc w:val="both"/>
      </w:pPr>
      <w:r>
        <w:t>We planned to produce the O-ring using silicone molding materials, which have excellent flexibility and anti-slip texture, making them ideal for sealing applications. For the equipment, we chose the Carbon brand 3D printer and set the printing parameters to a layer thickness of 0.1 mm, a printing temperature of 25°C, keeping power and speed at moderate levels to ensure printing accuracy and material performance.</w:t>
      </w:r>
    </w:p>
    <w:p>
      <w:pPr>
        <w:ind w:firstLine="288"/>
        <w:jc w:val="both"/>
      </w:pPr>
      <w:r>
        <w:t>During the printing process, the Carbon printer operated smoothly, and we monitored the entire process in real-time. The results for each layer were ideal, meeting our expectations. We paid particular attention to the material flow and the adhesion between layers, ensuring the final product was sturdy.</w:t>
      </w:r>
    </w:p>
    <w:p>
      <w:pPr>
        <w:ind w:firstLine="288"/>
        <w:jc w:val="both"/>
      </w:pPr>
      <w:r>
        <w:t>After printing, we moved on to the post-processing stage. First, we thoroughly cleaned the O-rings with a cleaning solution to remove any residuals from the surface. Next, we polished them to ensure a smooth surface and placed them in a curing chamber for adequate curing. Finally, we conducted a rigorous inspection of the finished products to ensure each O-ring met the quality standards.</w:t>
      </w:r>
    </w:p>
    <w:p>
      <w:pPr>
        <w:ind w:firstLine="288"/>
        <w:jc w:val="both"/>
      </w:pPr>
      <w:r>
        <w:t>The birth of each product is not accidental; through meticulous processes and strict controls, we delivered a series of high-quality O-rings ready to meet the demands of industrial applications.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541-oxingmifengquan0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最近，有人通过LinkedIn联系到我们，寻求解决特定工业应用中的密封问题。他们需要的是一款高质量的O型密封圈，这个产品在工业领域应用广泛，要求材料既柔软又耐用。</w:t>
      </w:r>
    </w:p>
    <w:p>
      <w:pPr>
        <w:ind w:firstLine="288"/>
        <w:jc w:val="both"/>
      </w:pPr>
      <w:r>
        <w:t>我们计划使用硅胶复模材料进行生产，这种材料具备很好的柔性特性和防滑纹理，非常适合密封圈的需求。设备方面，我们选择了Carbon品牌的3D打印机，准备将打印参数设置为层厚0.1毫米，打印温度设定在25°C，功率和速度则保持在适中的水平，以确保打印精度和材料性能。</w:t>
      </w:r>
    </w:p>
    <w:p>
      <w:pPr>
        <w:ind w:firstLine="288"/>
        <w:jc w:val="both"/>
      </w:pPr>
      <w:r>
        <w:t>在打印过程中，Carbon打印机运转顺利，整个过程实时监控。每一层的打印效果都很理想，质量符合预期。我们特别注意了材料的流动性和层与层之间的粘合度，确保最终产品的稳固性。</w:t>
      </w:r>
    </w:p>
    <w:p>
      <w:pPr>
        <w:ind w:firstLine="288"/>
        <w:jc w:val="both"/>
      </w:pPr>
      <w:r>
        <w:t>完成打印后，我们进入了后处理阶段。首先使用清洗液对密封圈进行彻底清洗，去除表面的残留物。接着进行了打磨，以确保表面光滑，然后将其放入固化箱中，进行充分固化。最后，我们对成品进行严格的检验，确保每个O型密封圈都能满足质量标准。</w:t>
      </w:r>
    </w:p>
    <w:p>
      <w:pPr>
        <w:ind w:firstLine="288"/>
        <w:jc w:val="both"/>
      </w:pPr>
      <w:r>
        <w:t>每一款产品的诞生都不是偶然，经过细致的工序和严格的把控，最终我们得到了一系列高质量的O型密封圈，满足了需求，期待为更多的工业应用提供支持。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541-oxingmifengquan0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sz w:val="36"/>
        </w:rPr>
        <w:t>Aiskywing Industrial 3D Printing</w:t>
      </w:r>
    </w:p>
    <w:p>
      <w:pPr>
        <w:jc w:val="center"/>
      </w:pPr>
      <w:r>
        <w:rPr>
          <w:i/>
          <w:sz w:val="24"/>
        </w:rPr>
        <w:t>O-ring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541-oxingmifengquan0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