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0595-健身器材握把3D打印生产记录</w:t>
      </w:r>
    </w:p>
    <w:p>
      <w:pPr>
        <w:jc w:val="center"/>
      </w:pPr>
      <w:r>
        <w:rPr>
          <w:i/>
          <w:sz w:val="28"/>
        </w:rPr>
        <w:t>Fitness equipment grip</w:t>
      </w:r>
    </w:p>
    <w:p>
      <w:pPr>
        <w:jc w:val="center"/>
      </w:pPr>
      <w:r>
        <w:rPr>
          <w:b/>
          <w:sz w:val="22"/>
        </w:rPr>
        <w:t>🖨️ SLS尼龙烧结</w:t>
      </w:r>
    </w:p>
    <w:p>
      <w:pPr>
        <w:jc w:val="center"/>
      </w:pPr>
      <w:r>
        <w:rPr>
          <w:i/>
          <w:sz w:val="20"/>
        </w:rPr>
        <w:t>🖥️ 打印机: HP</w:t>
      </w:r>
    </w:p>
    <w:p>
      <w:pPr>
        <w:jc w:val="center"/>
      </w:pPr>
      <w:r>
        <w:rPr>
          <w:i/>
          <w:sz w:val="20"/>
        </w:rPr>
        <w:t>📦 材料: SLS尼龙</w:t>
      </w:r>
    </w:p>
    <w:p>
      <w:pPr>
        <w:jc w:val="center"/>
      </w:pPr>
      <w:r>
        <w:rPr>
          <w:i/>
          <w:color w:val="505050"/>
          <w:sz w:val="24"/>
        </w:rPr>
        <w:t>人生就像一次健身旅程，唯有坚持才能见到成效。有人找到我们，希望制作健身器材握把，帮助他们更好地锻炼。</w:t>
      </w:r>
    </w:p>
    <w:p>
      <w:pPr>
        <w:jc w:val="center"/>
      </w:pPr>
      <w:r>
        <w:rPr>
          <w:i/>
          <w:color w:val="888888"/>
          <w:sz w:val="20"/>
        </w:rPr>
        <w:t>Life is like a fitness journey; only with persistence can we see results. Someone reached out to us, hoping to create grips for fitness equipment to help them exercise better.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95-jianshenqicaiwoba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a fitness journey; only persistence leads to results. Someone reached out to us on Facebook, hoping to create a fitness equipment grip to enhance their workout experience.</w:t>
      </w:r>
    </w:p>
    <w:p>
      <w:pPr>
        <w:ind w:firstLine="288"/>
        <w:jc w:val="both"/>
      </w:pPr>
      <w:r>
        <w:t>For this project, we chose SLS nylon as the primary material due to its excellent mechanical properties and durability. We prepared the HP 3D printer and set the printing parameters: layer thickness at 0.1 mm, printing temperature at 180 degrees Celsius, power maintained at 80%, and printing speed set to 50 mm per hour, ensuring high precision and strength of the final product.</w:t>
      </w:r>
    </w:p>
    <w:p>
      <w:pPr>
        <w:ind w:firstLine="288"/>
        <w:jc w:val="both"/>
      </w:pPr>
      <w:r>
        <w:t>During the printing process, the HP printer operated smoothly, and we maintained constant quality monitoring, observing the layer-by-layer addition of materials to ensure precise alignment. After about half an hour, the first prototype of the grip began to take shape, which was quite exciting.</w:t>
      </w:r>
    </w:p>
    <w:p>
      <w:pPr>
        <w:ind w:firstLine="288"/>
        <w:jc w:val="both"/>
      </w:pPr>
      <w:r>
        <w:t>Once the printing was complete, we moved on to the post-processing steps. First, we cleaned the final product and excess nylon powder to remove any residue. Next, we sanded the grip to ensure a smooth touch that wouldn’t hurt the palms. Then, we carried out a curing process to enhance its strength and durability, followed by a thorough inspection to ensure every detail met standards.</w:t>
      </w:r>
    </w:p>
    <w:p>
      <w:pPr>
        <w:ind w:firstLine="288"/>
        <w:jc w:val="both"/>
      </w:pPr>
      <w:r>
        <w:t>In the end, after a series of meticulous procedures, the fitness equipment grip was perfectly presented. This process was not just about production; it was a commitment to quality and pursuit of excellence.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95-jianshenqicaiwoba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这次的工作源自Facebook上的一个请求，有人因为需要更好的健身器材握把而找上了我们。他们希望能定制一个握持更加舒适且轻量化的产品，以提升运动的效果和体验。于是，我们开始了这次的生产之旅。</w:t>
      </w:r>
    </w:p>
    <w:p>
      <w:pPr>
        <w:ind w:firstLine="288"/>
        <w:jc w:val="both"/>
      </w:pPr>
      <w:r>
        <w:t>首先，我们选择了SLS尼龙作为主要材料，因其优良的机械性能和耐用性。我们准备了HP品牌的3D打印机，设定了打印参数：层厚0.1毫米，打印温度180摄氏度，功率保持在80%，打印速度设定为每小时50毫米，以确保最终产品的高精度和强度。</w:t>
      </w:r>
    </w:p>
    <w:p>
      <w:pPr>
        <w:ind w:firstLine="288"/>
        <w:jc w:val="both"/>
      </w:pPr>
      <w:r>
        <w:t>打印过程中，HP打印机的运行稳定，整个设备运转流畅。我们始终保持对打印质量的监控，观察打印材料的层层叠加，确保每一层都能精确贴合。在半个小时后，第一次打印的握把雏形开始显现，令人振奋。</w:t>
      </w:r>
    </w:p>
    <w:p>
      <w:pPr>
        <w:ind w:firstLine="288"/>
        <w:jc w:val="both"/>
      </w:pPr>
      <w:r>
        <w:t>完成打印后，我们进入后处理工序。首先将成品和未成型的尼龙粉末进行清洗，去除表面多余的粉末。然后，对握把进行打磨，确保触感顺滑、不会刮伤手掌。随后，进行固化处理，以增加其强度和耐用性，最后进行全面检验，确保每个细节都达到标准。</w:t>
      </w:r>
    </w:p>
    <w:p>
      <w:pPr>
        <w:ind w:firstLine="288"/>
        <w:jc w:val="both"/>
      </w:pPr>
      <w:r>
        <w:t>最终，经过一系列精细的工序，健身器材握把完美呈现。这个过程不仅是一次生产，更是对品质的坚持和追求。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95-jianshenqicaiwoba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Fitness equipment grip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95-jianshenqicaiwoba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