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0617-宠物梳子针板的3D打印生产记录</w:t>
      </w:r>
    </w:p>
    <w:p>
      <w:pPr>
        <w:jc w:val="center"/>
      </w:pPr>
      <w:r>
        <w:rPr>
          <w:i/>
          <w:sz w:val="28"/>
        </w:rPr>
        <w:t>Pet comb needle board</w:t>
      </w:r>
    </w:p>
    <w:p>
      <w:pPr>
        <w:jc w:val="center"/>
      </w:pPr>
      <w:r>
        <w:rPr>
          <w:b/>
          <w:sz w:val="22"/>
        </w:rPr>
        <w:t>🖨️ SLS尼龙烧结</w:t>
      </w:r>
    </w:p>
    <w:p>
      <w:pPr>
        <w:jc w:val="center"/>
      </w:pPr>
      <w:r>
        <w:rPr>
          <w:i/>
          <w:sz w:val="20"/>
        </w:rPr>
        <w:t>🖥️ 打印机: Voxeljet</w:t>
      </w:r>
    </w:p>
    <w:p>
      <w:pPr>
        <w:jc w:val="center"/>
      </w:pPr>
      <w:r>
        <w:rPr>
          <w:i/>
          <w:sz w:val="20"/>
        </w:rPr>
        <w:t>📦 材料: SLS耐高温尼龙</w:t>
      </w:r>
    </w:p>
    <w:p>
      <w:pPr>
        <w:jc w:val="center"/>
      </w:pPr>
      <w:r>
        <w:rPr>
          <w:i/>
          <w:color w:val="505050"/>
          <w:sz w:val="24"/>
        </w:rPr>
        <w:t>生活中总会遇到各种难题，正如有人在TikTok上寻求我们帮助，做这个宠物梳子针板的事情。</w:t>
      </w:r>
    </w:p>
    <w:p>
      <w:pPr>
        <w:jc w:val="center"/>
      </w:pPr>
      <w:r>
        <w:rPr>
          <w:i/>
          <w:color w:val="888888"/>
          <w:sz w:val="20"/>
        </w:rPr>
        <w:t>In life, we will always encounter various challenges, just like someone seeking our help on TikTok with making this pet comb needle board.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7-chongwushuzizhen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seeking to optimize their pet brush design, specifically requesting a durable and high-temperature-resistant pet brush needle board. After discussion, we decided to use SLS high-temperature nylon to ensure the strength and durability of the final product.</w:t>
      </w:r>
    </w:p>
    <w:p>
      <w:pPr>
        <w:ind w:firstLine="288"/>
        <w:jc w:val="both"/>
      </w:pPr>
      <w:r>
        <w:t>We prepared SLS high-temperature nylon as the raw material. This material maintains excellent performance even at high temperatures, with a heat resistance exceeding 150℃ and a matte surface texture, ideal for intricate product requirements. We used a Voxeljet printer, setting parameters to a layer thickness of 0.1 mm, a printing temperature of 200℃, a laser power of 30W, and a printing speed of 5 cm per hour, with an estimated printing time of about 8 hours.</w:t>
      </w:r>
    </w:p>
    <w:p>
      <w:pPr>
        <w:ind w:firstLine="288"/>
        <w:jc w:val="both"/>
      </w:pPr>
      <w:r>
        <w:t>During the printing process, the Voxeljet operated steadily, with the laser melting the nylon powder layer by layer to form a robust structure. We continuously monitored the equipment's status, ensuring every detail met expectations, particularly in temperature and laser power control, making timely adjustments to avoid printing flaws.</w:t>
      </w:r>
    </w:p>
    <w:p>
      <w:pPr>
        <w:ind w:firstLine="288"/>
        <w:jc w:val="both"/>
      </w:pPr>
      <w:r>
        <w:t>Once printing was complete, the post-processing steps commenced without delay. We first removed the product from the printer and cleaned it to eliminate any un-fused nylon powder on the surface. Next, we performed sanding to ensure every edge was smooth, preventing any potential harm to pets during use. Finally, after a curing step, we ensured the material's performance reached its optimal state and conducted a final inspection to confirm that the product was free of defects.</w:t>
      </w:r>
    </w:p>
    <w:p>
      <w:pPr>
        <w:ind w:firstLine="288"/>
        <w:jc w:val="both"/>
      </w:pPr>
      <w:r>
        <w:t>The production process went smoothly, and the final product's quality met our expectations. This pet brush needle board is not only aesthetically pleasing but also guarantees practicality, perfectly showcasing the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7-chongwushuzizhen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在最近的一个项目中，有人因为想要优化宠物梳子的设计而找到我们，具体需求是制作一款耐高温、耐用的宠物梳子针板。经过讨论，我们决定使用SLS耐高温尼龙，确保成品的强度和耐久性。</w:t>
      </w:r>
    </w:p>
    <w:p>
      <w:pPr>
        <w:ind w:firstLine="288"/>
        <w:jc w:val="both"/>
      </w:pPr>
      <w:r>
        <w:t>我们准备了SLS耐高温尼龙作为原材料，这种材料在高温下依然保持良好的性能，耐温可达150℃以上，表面磨砂质感，适合精细的产品需求。使用的打印机是Voxeljet，参数设置为层厚0.1毫米，打印温度为200℃，激光功率为30W，打印速度设定为每小时5厘米，预计打印时间大约为8个小时。</w:t>
      </w:r>
    </w:p>
    <w:p>
      <w:pPr>
        <w:ind w:firstLine="288"/>
        <w:jc w:val="both"/>
      </w:pPr>
      <w:r>
        <w:t>在打印过程中，Voxeljet设备稳定运行，激光逐层熔化尼龙粉末，形成坚固的结构。我们时刻监控设备状态，确保每个细节都符合预期，特别是在温度和激光功率控制方面，及时调整以避免打印瑕疵。</w:t>
      </w:r>
    </w:p>
    <w:p>
      <w:pPr>
        <w:ind w:firstLine="288"/>
        <w:jc w:val="both"/>
      </w:pPr>
      <w:r>
        <w:t>完成打印后，后处理工序马不停蹄。我们首先将成品从打印机中取出，并进行清洗，去除表面未熔化的尼龙粉末。接着，进行打磨处理，确保每个边角光滑，避免对宠物使用时造成伤害。最后，经过固化步骤，确保材料性能达到最佳状态，并进行最终检验，确认产品没有缺陷。</w:t>
      </w:r>
    </w:p>
    <w:p>
      <w:pPr>
        <w:ind w:firstLine="288"/>
        <w:jc w:val="both"/>
      </w:pPr>
      <w:r>
        <w:t>这次的生产过程顺利，最终成品的质量如我们预期。这个宠物梳子针板不仅外观精美，更在实用性上得到了保障，完美展示了3D打印的魅力。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7-chongwushuzizhen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comb needle board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7-chongwushuzizhen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