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36"/>
        </w:rPr>
        <w:t>0679-AR眼镜镜架的3D打印生产记录</w:t>
      </w:r>
    </w:p>
    <w:p>
      <w:pPr>
        <w:jc w:val="center"/>
      </w:pPr>
      <w:r>
        <w:rPr>
          <w:i/>
          <w:sz w:val="28"/>
        </w:rPr>
        <w:t>AR glasses frame</w:t>
      </w:r>
    </w:p>
    <w:p>
      <w:pPr>
        <w:jc w:val="center"/>
      </w:pPr>
      <w:r>
        <w:rPr>
          <w:b/>
          <w:sz w:val="22"/>
        </w:rPr>
        <w:t>🖨️ SLS尼龙烧结</w:t>
      </w:r>
    </w:p>
    <w:p>
      <w:pPr>
        <w:jc w:val="center"/>
      </w:pPr>
      <w:r>
        <w:rPr>
          <w:i/>
          <w:sz w:val="20"/>
        </w:rPr>
        <w:t>🖥️ 打印机: EOS</w:t>
      </w:r>
    </w:p>
    <w:p>
      <w:pPr>
        <w:jc w:val="center"/>
      </w:pPr>
      <w:r>
        <w:rPr>
          <w:i/>
          <w:sz w:val="20"/>
        </w:rPr>
        <w:t>📦 材料: 摆放着未成型的液态光敏</w:t>
      </w:r>
    </w:p>
    <w:p>
      <w:pPr>
        <w:jc w:val="center"/>
      </w:pPr>
      <w:r>
        <w:rPr>
          <w:i/>
          <w:color w:val="505050"/>
          <w:sz w:val="24"/>
        </w:rPr>
        <w:t>生活再难，也别停下脚步。就像有人通过WhatsApp找我们，希望制作这个AR眼镜镜架，来解决他们的需求。</w:t>
      </w:r>
    </w:p>
    <w:p>
      <w:pPr>
        <w:jc w:val="center"/>
      </w:pPr>
      <w:r>
        <w:rPr>
          <w:i/>
          <w:color w:val="888888"/>
          <w:sz w:val="20"/>
        </w:rPr>
        <w:t>No matter how difficult life gets, don't stop moving forward. Just like someone reached out to us via WhatsApp, hoping to create this AR glasses frame to meet their needs.</w:t>
      </w:r>
    </w:p>
    <w:p>
      <w:pPr>
        <w:jc w:val="center"/>
      </w:pPr>
      <w:r>
        <w:rPr>
          <w:color w:val="C8C8C8"/>
          <w:sz w:val="16"/>
        </w:rPr>
        <w:t>________________________________________________________________________________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5040000" cy="895798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0679-aryanjingjingjia01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040000" cy="895798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5040000" cy="8957989"/>
            <wp:docPr id="2" name="Picture 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0679-aryanjingjingjia02.jp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040000" cy="895798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ind w:firstLine="288"/>
        <w:jc w:val="both"/>
      </w:pPr>
      <w:r>
        <w:t>在一次偶然的交流中，有人通过WhatsApp联系我们，希望制作一款AR眼镜镜架。他们对3D打印技术的期待很高，尤其是在轻量化和舒适度方面，希望我们能提供更好的解决方案。</w:t>
      </w:r>
    </w:p>
    <w:p>
      <w:pPr>
        <w:ind w:firstLine="288"/>
        <w:jc w:val="both"/>
      </w:pPr>
      <w:r>
        <w:t>我们选择了未成型的液态光敏作为材料，这种材料具有出色的打印精度和优良的细节展现。同时，准备工作非常重要，使用EOS打印机设定了打印参数：层厚0.1mm，打印温度为60℃，激光功率为200mW，速度设定在50mm/s，总预计打印时间为6小时。</w:t>
      </w:r>
    </w:p>
    <w:p>
      <w:pPr>
        <w:ind w:firstLine="288"/>
        <w:jc w:val="both"/>
      </w:pPr>
      <w:r>
        <w:t>打印过程中，EOS打印机稳定运作，打印头均匀地在打印平台上移动。我们全程监控打印质量，确保每一层都能完美融合，形成坚固的AR眼镜镜架。在此过程中，设备传感器不断反馈温度和激光强度，确保无任何异常。</w:t>
      </w:r>
    </w:p>
    <w:p>
      <w:pPr>
        <w:ind w:firstLine="288"/>
        <w:jc w:val="both"/>
      </w:pPr>
      <w:r>
        <w:t>后处理是关键的一步。打印完成后，我们将成品浸入清洗液中，去除多余的光敏树脂。接着，使用砂纸进行打磨，确保镜架的表面光滑，避免任何不适的触感。然后，进行固化处理，以强化镜架的强度和稳定性。最后，经过严格的检验，确保每个细节都符合标准。</w:t>
      </w:r>
    </w:p>
    <w:p>
      <w:pPr>
        <w:ind w:firstLine="288"/>
        <w:jc w:val="both"/>
      </w:pPr>
      <w:r>
        <w:t>通过这次制作，我们不仅完成了AR眼镜镜架的打印，更提升了自己的技术水平，收获了更多经验。每一步都是成长的过程。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5040000" cy="8957989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0679-aryanjingjingjia03.jp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040000" cy="895798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sz w:val="36"/>
        </w:rPr>
        <w:t>Aiskywing Industrial 3D Printing</w:t>
      </w:r>
    </w:p>
    <w:p>
      <w:pPr>
        <w:jc w:val="center"/>
      </w:pPr>
      <w:r>
        <w:rPr>
          <w:i/>
          <w:sz w:val="24"/>
        </w:rPr>
        <w:t>AR glasses frame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5040000" cy="8957989"/>
            <wp:docPr id="4" name="Picture 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0679-aryanjingjingjia04.jp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040000" cy="8957989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微软雅黑" w:hAnsi="微软雅黑" w:eastAsia="微软雅黑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Relationship Id="rId10" Type="http://schemas.openxmlformats.org/officeDocument/2006/relationships/image" Target="media/image2.jpg"/><Relationship Id="rId11" Type="http://schemas.openxmlformats.org/officeDocument/2006/relationships/image" Target="media/image3.jpg"/><Relationship Id="rId12" Type="http://schemas.openxmlformats.org/officeDocument/2006/relationships/image" Target="media/image4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