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0715-保险杠下护板置于画面正中央的SLM金属打印之旅</w:t>
      </w:r>
    </w:p>
    <w:p>
      <w:pPr>
        <w:jc w:val="center"/>
      </w:pPr>
      <w:r>
        <w:rPr>
          <w:i/>
          <w:sz w:val="28"/>
        </w:rPr>
        <w:t>保险杠下护板</w:t>
      </w:r>
    </w:p>
    <w:p>
      <w:pPr>
        <w:jc w:val="center"/>
      </w:pPr>
      <w:r>
        <w:rPr>
          <w:b/>
          <w:sz w:val="22"/>
        </w:rPr>
        <w:t>🖨️ SLM金属打印</w:t>
      </w:r>
    </w:p>
    <w:p>
      <w:pPr>
        <w:jc w:val="center"/>
      </w:pPr>
      <w:r>
        <w:rPr>
          <w:i/>
          <w:sz w:val="20"/>
        </w:rPr>
        <w:t>🖥️ 打印机: Systems</w:t>
      </w:r>
    </w:p>
    <w:p>
      <w:pPr>
        <w:jc w:val="center"/>
      </w:pPr>
      <w:r>
        <w:rPr>
          <w:i/>
          <w:sz w:val="20"/>
        </w:rPr>
        <w:t>📦 材料: 摆放着未成型的液态光敏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15-baoxiangangxiahuban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Facebook上有人找我们，说保险杠下护板置于画面正中央打了三回都搞不定，SLM金属打印工艺做的，问题一直解决不了。</w:t>
      </w:r>
    </w:p>
    <w:p>
      <w:pPr>
        <w:ind w:firstLine="288"/>
        <w:jc w:val="both"/>
      </w:pPr>
      <w:r>
        <w:t>材料用摆放着未成型的液态光敏，黏度适中，上机前预热到合适温度。层厚设的0.05mm，底层曝光加长，保证粘平台粘得牢。</w:t>
      </w:r>
    </w:p>
    <w:p>
      <w:pPr>
        <w:ind w:firstLine="288"/>
        <w:jc w:val="both"/>
      </w:pPr>
      <w:r>
        <w:t>Systems打印机跑了大概7个多小时，中间没断。机子跑的时候人也不能走远，得盯着第一层的附着情况。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发过去就装上了，说一模一样。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15-baoxiangangxiahuban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Facebook上有人找我们，说保险杠下护板置于画面正中央打了三回都搞不定，SLM金属打印工艺做的，问题一直解决不了。</w:t>
      </w:r>
    </w:p>
    <w:p>
      <w:pPr>
        <w:ind w:firstLine="288"/>
        <w:jc w:val="both"/>
      </w:pPr>
      <w:r>
        <w:t>材料用摆放着未成型的液态光敏，黏度适中，上机前预热到合适温度。层厚设的0.05mm，底层曝光加长，保证粘平台粘得牢。</w:t>
      </w:r>
    </w:p>
    <w:p>
      <w:pPr>
        <w:ind w:firstLine="288"/>
        <w:jc w:val="both"/>
      </w:pPr>
      <w:r>
        <w:t>Systems打印机跑了大概7个多小时，中间没断。机子跑的时候人也不能走远，得盯着第一层的附着情况。</w:t>
      </w:r>
    </w:p>
    <w:p>
      <w:pPr>
        <w:ind w:firstLine="288"/>
        <w:jc w:val="both"/>
      </w:pPr>
      <w:r>
        <w:t>后处理先用酒精清洗，把表面多余的树脂洗掉。然后进UV固化箱，60度烘四十分钟，硬度才能达标。最后打磨抛光，表面就亮了。</w:t>
      </w:r>
    </w:p>
    <w:p>
      <w:pPr>
        <w:ind w:firstLine="288"/>
        <w:jc w:val="both"/>
      </w:pPr>
      <w:r>
        <w:t>发过去就装上了，说一模一样。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15-baoxiangangxiahuban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保险杠下护板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15-baoxiangangxiahuban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