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0976-3D打印宠物除臭喷雾瓶盖记录</w:t>
      </w:r>
    </w:p>
    <w:p>
      <w:pPr>
        <w:jc w:val="center"/>
      </w:pPr>
      <w:r>
        <w:rPr>
          <w:i/>
          <w:sz w:val="28"/>
        </w:rPr>
        <w:t>Pet deodorizing spray bottle cap</w:t>
      </w:r>
    </w:p>
    <w:p>
      <w:pPr>
        <w:jc w:val="center"/>
      </w:pPr>
      <w:r>
        <w:rPr>
          <w:b/>
          <w:sz w:val="22"/>
        </w:rPr>
        <w:t>🖨️ SLS尼龙烧结</w:t>
      </w:r>
    </w:p>
    <w:p>
      <w:pPr>
        <w:jc w:val="center"/>
      </w:pPr>
      <w:r>
        <w:rPr>
          <w:i/>
          <w:sz w:val="20"/>
        </w:rPr>
        <w:t>🖥️ 打印机: Stratasys</w:t>
      </w:r>
    </w:p>
    <w:p>
      <w:pPr>
        <w:jc w:val="center"/>
      </w:pPr>
      <w:r>
        <w:rPr>
          <w:i/>
          <w:sz w:val="20"/>
        </w:rPr>
        <w:t>📦 材料: SLS尼龙</w:t>
      </w:r>
    </w:p>
    <w:p>
      <w:pPr>
        <w:jc w:val="center"/>
      </w:pPr>
      <w:r>
        <w:rPr>
          <w:i/>
          <w:color w:val="505050"/>
          <w:sz w:val="24"/>
        </w:rPr>
        <w:t>生活再难，也别停下脚步。就像接下这个宠物除臭喷雾瓶盖的单子，能为那些有爱心的人解决一个小烦恼。</w:t>
      </w:r>
    </w:p>
    <w:p>
      <w:pPr>
        <w:jc w:val="center"/>
      </w:pPr>
      <w:r>
        <w:rPr>
          <w:i/>
          <w:color w:val="888888"/>
          <w:sz w:val="20"/>
        </w:rPr>
        <w:t>No matter how difficult life gets, don't stop moving forward. Just like taking on the job of making a cap for this pet deodorizing spray bottle, it can help solve a small problem for those who care.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76-chongwuchuchoupenwupinggai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Recently, someone reached out to us via LinkedIn, hoping to create a pet deodorizing spray bottle cap. This product needs to not only function well but also showcase the brand's personality, especially with a clear engraving of "aiskywing.com" on its surface.</w:t>
      </w:r>
    </w:p>
    <w:p>
      <w:pPr>
        <w:ind w:firstLine="288"/>
        <w:jc w:val="both"/>
      </w:pPr>
      <w:r>
        <w:t>We chose SLS nylon as the raw material, which has excellent strength and toughness, making it suitable for lightweight structures. Before printing, I prepared the Stratasys printer, setting the layer thickness to 0.1 mm, temperature at 180℃, power at 80%, speed at 20 mm per hour, and estimated the printing time to be about 4 hours.</w:t>
      </w:r>
    </w:p>
    <w:p>
      <w:pPr>
        <w:ind w:firstLine="288"/>
        <w:jc w:val="both"/>
      </w:pPr>
      <w:r>
        <w:t>The printing process went smoothly, with the machine running steadily. I continuously monitored the print quality to ensure each layer bonded tightly, and the surface texture remained delicate. After printing, I carefully inspected every detail to ensure there were no defects and that the engraving of "aiskywing.com" was clear.</w:t>
      </w:r>
    </w:p>
    <w:p>
      <w:pPr>
        <w:ind w:firstLine="288"/>
        <w:jc w:val="both"/>
      </w:pPr>
      <w:r>
        <w:t>The post-processing stage is crucial. First, I washed the finished product to remove any excess powder. Next, I sanded it down to achieve a smoother surface, followed by curing to ensure the structural stability of the material. Finally, I conducted a thorough inspection to confirm it met our high standards.</w:t>
      </w:r>
    </w:p>
    <w:p>
      <w:pPr>
        <w:ind w:firstLine="288"/>
        <w:jc w:val="both"/>
      </w:pPr>
      <w:r>
        <w:t>Through this production, we successfully created a pet deodorizing spray bottle cap that is both aesthetically pleasing and functional, resulting in high satisfaction, and I look forward to our next collaboration.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76-chongwuchuchoupenwupinggai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最近，有人通过LinkedIn找到我们，希望能制作一款宠物除臭喷雾瓶盖。这款产品不仅要具备良好的功能性，还要求在外观上能体现出品牌的个性，尤其是表面能够清晰呈现“aiskywing.com”的雕刻。</w:t>
      </w:r>
    </w:p>
    <w:p>
      <w:pPr>
        <w:ind w:firstLine="288"/>
        <w:jc w:val="both"/>
      </w:pPr>
      <w:r>
        <w:t>我们选用了SLS尼龙作为原材料，这种材料在强度和韧性上都有很好的表现，适合制作轻量化的结构。在打印前，使用Stratasys打印机进行准备，层厚设置为0.1毫米，温度控制在180℃，打印功率为80%，速度设定为每小时20毫米，预计打印时间为4小时。</w:t>
      </w:r>
    </w:p>
    <w:p>
      <w:pPr>
        <w:ind w:firstLine="288"/>
        <w:jc w:val="both"/>
      </w:pPr>
      <w:r>
        <w:t>打印过程顺利进行，设备运转稳定，我持续监控打印质量，确保每一层都紧密结合，表面纹理细腻。打印完成后，仔细检查了每一个细节，确保没有瑕疵，并保证了“aiskywing.com”字样的清晰。</w:t>
      </w:r>
    </w:p>
    <w:p>
      <w:pPr>
        <w:ind w:firstLine="288"/>
        <w:jc w:val="both"/>
      </w:pPr>
      <w:r>
        <w:t>后处理环节是至关重要的。首先，我将成品进行清洗，去除表面多余的粉末。接着，进行打磨，使得表面更加光滑，然后进行固化，确保材料的结构稳定。最后，对成品进行了检验，确保它符合我们的高标准。</w:t>
      </w:r>
    </w:p>
    <w:p>
      <w:pPr>
        <w:ind w:firstLine="288"/>
        <w:jc w:val="both"/>
      </w:pPr>
      <w:r>
        <w:t>经过这次生产，成功制作出符合需求的宠物除臭喷雾瓶盖，既美观又实用，客户满意度极高，期待下一次的合作。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76-chongwuchuchoupenwupinggai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Pet deodorizing spray bottle cap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76-chongwuchuchoupenwupinggai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