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1074-全彩3D打印打字机模型生产记录</w:t>
      </w:r>
    </w:p>
    <w:p>
      <w:pPr>
        <w:jc w:val="center"/>
      </w:pPr>
      <w:r>
        <w:rPr>
          <w:i/>
          <w:sz w:val="28"/>
        </w:rPr>
        <w:t>Full-color 3D printer model</w:t>
      </w:r>
    </w:p>
    <w:p>
      <w:pPr>
        <w:jc w:val="center"/>
      </w:pPr>
      <w:r>
        <w:rPr>
          <w:b/>
          <w:sz w:val="22"/>
        </w:rPr>
        <w:t>🖨️ 全彩3DP</w:t>
      </w:r>
    </w:p>
    <w:p>
      <w:pPr>
        <w:jc w:val="center"/>
      </w:pPr>
      <w:r>
        <w:rPr>
          <w:i/>
          <w:sz w:val="20"/>
        </w:rPr>
        <w:t>🖥️ 打印机: Xjet</w:t>
      </w:r>
    </w:p>
    <w:p>
      <w:pPr>
        <w:jc w:val="center"/>
      </w:pPr>
      <w:r>
        <w:rPr>
          <w:i/>
          <w:sz w:val="20"/>
        </w:rPr>
        <w:t>📦 材料: 全彩3DP彩色树脂</w:t>
      </w:r>
    </w:p>
    <w:p>
      <w:pPr>
        <w:jc w:val="center"/>
      </w:pPr>
      <w:r>
        <w:rPr>
          <w:i/>
          <w:color w:val="505050"/>
          <w:sz w:val="24"/>
        </w:rPr>
        <w:t>生活中，总有那么一些时刻，让我们选择坚守。就像有人在Facebook上找到我们，希望制作这个全彩3D打印打字机模型，让梦想具象化。</w:t>
      </w:r>
    </w:p>
    <w:p>
      <w:pPr>
        <w:jc w:val="center"/>
      </w:pPr>
      <w:r>
        <w:rPr>
          <w:i/>
          <w:color w:val="888888"/>
          <w:sz w:val="20"/>
        </w:rPr>
        <w:t>In life, there are always moments that make us choose to persevere. Just like when someone finds us on Facebook, hoping to create this full-color 3D printed typewriter model to bring dreams to life.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74-quancai3ddayindazijimox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In life, there are always moments that make us choose to persevere. Recently, someone reached out on Facebook, seeking to create a full-color 3D printed typewriter model, bringing a dream to life.</w:t>
      </w:r>
    </w:p>
    <w:p>
      <w:pPr>
        <w:ind w:firstLine="288"/>
        <w:jc w:val="both"/>
      </w:pPr>
      <w:r>
        <w:t>The project stemmed from someone looking for a way to create a vibrant and detailed full-color 3D printed typewriter model. They faced challenges in selecting materials and manufacturing processes. After a thorough discussion, we decided to use full-color 3DP resin, ensuring the quality of the model’s presentation.</w:t>
      </w:r>
    </w:p>
    <w:p>
      <w:pPr>
        <w:ind w:firstLine="288"/>
        <w:jc w:val="both"/>
      </w:pPr>
      <w:r>
        <w:t>To ensure the best results, we prepared the necessary equipment and chose the Xjet 3D printer. We set the layer thickness to 0.1mm, maintained a printing temperature of 25°C, with a power of 50W and a speed of 50mm/s, estimating a printing time of 6 hours. Each of these parameters was crucial for achieving the final effect.</w:t>
      </w:r>
    </w:p>
    <w:p>
      <w:pPr>
        <w:ind w:firstLine="288"/>
        <w:jc w:val="both"/>
      </w:pPr>
      <w:r>
        <w:t>During the printing process, the Xjet printer operated steadily, and the advanced full-color 3DP technology allowed for vivid color gradients and clear details in the model. We conducted real-time quality monitoring throughout the printing to ensure every detail was perfectly presented, avoiding any flaws.</w:t>
      </w:r>
    </w:p>
    <w:p>
      <w:pPr>
        <w:ind w:firstLine="288"/>
        <w:jc w:val="both"/>
      </w:pPr>
      <w:r>
        <w:t>After printing, we conducted a thorough post-processing procedure. First, we cleaned the model with water to remove any residual resin. We then performed light sanding to ensure a smooth surface. Next, we cured the model in a UV curing machine to enhance its strength and color longevity, followed by a comprehensive inspection to meet quality standards.</w:t>
      </w:r>
    </w:p>
    <w:p>
      <w:pPr>
        <w:ind w:firstLine="288"/>
        <w:jc w:val="both"/>
      </w:pPr>
      <w:r>
        <w:t>With all the meticulous work completed, we successfully delivered the full-color 3D printed typewriter model. It’s truly rewarding to turn a dream into reality.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74-quancai3ddayindazijimox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这次的项目源自于有人在Facebook上询问，想要制作一款全彩3D打印打字机模型，突出其独特的色彩与细节。然而，他们在选择材料和制造工艺上遇到了困扰。我们深入交流后，决定使用全彩3DP彩色树脂，确保模型的呈现质量。</w:t>
      </w:r>
    </w:p>
    <w:p>
      <w:pPr>
        <w:ind w:firstLine="288"/>
        <w:jc w:val="both"/>
      </w:pPr>
      <w:r>
        <w:t>为了确保打印效果，我们准备了必要的设备，选用了Xjet 3D打印机。我们设定了层厚为0.1mm，打印温度保持在25°C，功率为50W，打印速度为50mm/s，预计打印时间为6小时。这些参数的选择对于最终效果的实现至关重要。</w:t>
      </w:r>
    </w:p>
    <w:p>
      <w:pPr>
        <w:ind w:firstLine="288"/>
        <w:jc w:val="both"/>
      </w:pPr>
      <w:r>
        <w:t>打印过程中，Xjet打印机运行稳定，先进的全彩3DP技术使得模型的颜色渐变和细节清晰可见。我们在打印过程中进行了实时质量监控，确保每一个细节都能完美呈现，避免出现任何瑕疵。</w:t>
      </w:r>
    </w:p>
    <w:p>
      <w:pPr>
        <w:ind w:firstLine="288"/>
        <w:jc w:val="both"/>
      </w:pPr>
      <w:r>
        <w:t>完成打印后，我们进行了详细的后处理工序。首先，使用清水对模型进行了清洗，去除表面的残余树脂。随后，进行轻微打磨，以确保表面光滑。接着，在UV固化机中固化，让模型的强度和色彩更为持久，最后进行了全面检验，确保满足质量标准。</w:t>
      </w:r>
    </w:p>
    <w:p>
      <w:pPr>
        <w:ind w:firstLine="288"/>
        <w:jc w:val="both"/>
      </w:pPr>
      <w:r>
        <w:t>经过一系列精细的工作，我们顺利交付了这款全彩3D打印打字机模型。能够将梦想变为现实，真是让人感到欣慰。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74-quancai3ddayindazijimox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Full-color 3D printer model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74-quancai3ddayindazijimox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