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36"/>
        </w:rPr>
        <w:t>1122-压缩机密封垫3D打印生产记录</w:t>
      </w:r>
    </w:p>
    <w:p>
      <w:pPr>
        <w:jc w:val="center"/>
      </w:pPr>
      <w:r>
        <w:rPr>
          <w:i/>
          <w:sz w:val="28"/>
        </w:rPr>
        <w:t>Compressor sealing gasket</w:t>
      </w:r>
    </w:p>
    <w:p>
      <w:pPr>
        <w:jc w:val="center"/>
      </w:pPr>
      <w:r>
        <w:rPr>
          <w:b/>
          <w:sz w:val="22"/>
        </w:rPr>
        <w:t>🖨️ 硅胶复模</w:t>
      </w:r>
    </w:p>
    <w:p>
      <w:pPr>
        <w:jc w:val="center"/>
      </w:pPr>
      <w:r>
        <w:rPr>
          <w:i/>
          <w:sz w:val="20"/>
        </w:rPr>
        <w:t>🖥️ 打印机: Stratasys</w:t>
      </w:r>
    </w:p>
    <w:p>
      <w:pPr>
        <w:jc w:val="center"/>
      </w:pPr>
      <w:r>
        <w:rPr>
          <w:i/>
          <w:sz w:val="20"/>
        </w:rPr>
        <w:t>📦 材料: 硅胶复模</w:t>
      </w:r>
    </w:p>
    <w:p>
      <w:pPr>
        <w:jc w:val="center"/>
      </w:pPr>
      <w:r>
        <w:rPr>
          <w:i/>
          <w:color w:val="505050"/>
          <w:sz w:val="24"/>
        </w:rPr>
        <w:t>生活就像在TikTok上短暂的瞬间，时而闪光，时而平淡。最近，我们接到了一个关于压缩机密封垫的项目，让我再次体会到做事情的坚持与用心。</w:t>
      </w:r>
    </w:p>
    <w:p>
      <w:pPr>
        <w:jc w:val="center"/>
      </w:pPr>
      <w:r>
        <w:rPr>
          <w:i/>
          <w:color w:val="888888"/>
          <w:sz w:val="20"/>
        </w:rPr>
        <w:t>Life is like the fleeting moments on TikTok, sometimes dazzling, sometimes ordinary. Recently, we received a project about compressor seals, which made me once again appreciate the persistence and dedication involved in getting things done.</w:t>
      </w:r>
    </w:p>
    <w:p>
      <w:pPr>
        <w:jc w:val="center"/>
      </w:pPr>
      <w:r>
        <w:rPr>
          <w:color w:val="C8C8C8"/>
          <w:sz w:val="16"/>
        </w:rPr>
        <w:t>________________________________________________________________________________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1122-yasuojimifengdian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Life is like a fleeting moment on TikTok, sometimes shining, sometimes mundane. Recently, we received a project for a compressor seal that reminded me once again of the importance of persistence and dedication in our work.</w:t>
      </w:r>
    </w:p>
    <w:p>
      <w:pPr>
        <w:ind w:firstLine="288"/>
        <w:jc w:val="both"/>
      </w:pPr>
      <w:r>
        <w:t>The project aimed to address an issue faced by someone regarding seal failure in their compressor, who sought our help in designing a high-performance compressor seal. We decided to use silicone molding material to achieve the best performance in terms of flexibility and durability.</w:t>
      </w:r>
    </w:p>
    <w:p>
      <w:pPr>
        <w:ind w:firstLine="288"/>
        <w:jc w:val="both"/>
      </w:pPr>
      <w:r>
        <w:t>We utilized high-quality black silicone molding, known for its excellent flexibility and anti-slip texture, which is crucial for the sealing performance of the compressor. To ensure the print quality, we chose the Stratasys brand 3D printer, setting a layer thickness of 0.1 mm, printing temperature of 60°C, a speed of 30 mm per second, with an estimated printing time of 5 hours.</w:t>
      </w:r>
    </w:p>
    <w:p>
      <w:pPr>
        <w:ind w:firstLine="288"/>
        <w:jc w:val="both"/>
      </w:pPr>
      <w:r>
        <w:t>The printing process went smoothly, and I kept a close eye on quality throughout. Thanks to the Stratasys printer, every layer bonded perfectly, and the details of the compressor seal, especially the engraved "aiskywing.com" lettering, were clearly visible.</w:t>
      </w:r>
    </w:p>
    <w:p>
      <w:pPr>
        <w:ind w:firstLine="288"/>
        <w:jc w:val="both"/>
      </w:pPr>
      <w:r>
        <w:t>After printing, we moved into the post-processing phase. First, we cleaned the printed part with a detergent to remove any residues; then, we sanded it for a smoother surface; finally, we cured it to enhance the silicone’s strength and durability. After rigorous inspection, this compressor seal met our expectations.</w:t>
      </w:r>
    </w:p>
    <w:p>
      <w:pPr>
        <w:ind w:firstLine="288"/>
        <w:jc w:val="both"/>
      </w:pPr>
      <w:r>
        <w:t>In conclusion, this project not only solved the sealing issue but also reinforced the significance of taking every detail seriously. Our hard work finally bore fruit.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1122-yasuojimifengdian02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这次的项目是为了应对有人在使用压缩机时遇到的密封失效问题，找我们希望能设计出一款高性能的压缩机密封垫。为此，我们选择了硅胶复模材质，力求在柔韧性和耐磨性上达到最佳效果。</w:t>
      </w:r>
    </w:p>
    <w:p>
      <w:pPr>
        <w:ind w:firstLine="288"/>
        <w:jc w:val="both"/>
      </w:pPr>
      <w:r>
        <w:t>在原材料方面，我们使用了优质的黑色硅胶复模，具备良好的柔性和防滑纹理，这对于压缩机的密封性能至关重要。为了确保打印质量，我们选用Stratasys品牌的3D打印机，设置了层厚0.1毫米，打印温度为60°C，打印速度保持在30毫米每秒，预计打印时间为5小时。</w:t>
      </w:r>
    </w:p>
    <w:p>
      <w:pPr>
        <w:ind w:firstLine="288"/>
        <w:jc w:val="both"/>
      </w:pPr>
      <w:r>
        <w:t>打印开始后，设备运行非常顺利。整个打印过程中，我始终保持着对质量的监控，确保每一层都能够完美粘合。在Stratasys打印机的帮助下，压缩机密封垫的细节得以清晰呈现，特别是雕刻的“aiskywing.com”字样，更是清晰可见。</w:t>
      </w:r>
    </w:p>
    <w:p>
      <w:pPr>
        <w:ind w:firstLine="288"/>
        <w:jc w:val="both"/>
      </w:pPr>
      <w:r>
        <w:t>完成打印后，我们进入了后处理阶段。首先，使用洗涤剂对打印件进行清洗，以去除残留物；接着进行打磨，使其表面更加光滑；最后，进行固化处理，以增强硅胶的强度和耐用性。经过严格检验，这款压缩机密封垫达到了预期的效果。</w:t>
      </w:r>
    </w:p>
    <w:p>
      <w:pPr>
        <w:ind w:firstLine="288"/>
        <w:jc w:val="both"/>
      </w:pPr>
      <w:r>
        <w:t>最后，这个项目不仅解决了压缩机的密封问题，还让我再次感受到认真对待每一个细节的重要性。我们的努力终于开花结果了。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1122-yasuojimifengdian03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sz w:val="36"/>
        </w:rPr>
        <w:t>Aiskywing Industrial 3D Printing</w:t>
      </w:r>
    </w:p>
    <w:p>
      <w:pPr>
        <w:jc w:val="center"/>
      </w:pPr>
      <w:r>
        <w:rPr>
          <w:i/>
          <w:sz w:val="24"/>
        </w:rPr>
        <w:t>Compressor sealing gasket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1122-yasuojimifengdian04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微软雅黑" w:hAnsi="微软雅黑" w:eastAsia="微软雅黑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jpg"/><Relationship Id="rId11" Type="http://schemas.openxmlformats.org/officeDocument/2006/relationships/image" Target="media/image3.jpg"/><Relationship Id="rId12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